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כללי החציה הבטוחה בכביש וברמזור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הבדיקה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בלשית בנושא זהירות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כשהאיש ירוק, אחרי שבדקתי שהרכבים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עוצרים ומביטים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להורות שלא לחצות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יש לחכות לאור ירוק ולבדוק שוב לפני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מסמנים את המקום הבטוח לחציה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רכבים חונים מסתירים רכבים נוסעים, לכן זה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הדרך לוודא שהדרך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ריצה מגבירה סיכון ליפול או לא לשים לב לרכב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(אסור לחצות)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(מותר לחצות 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(פסים לבנים לחציה 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(בדיקה שאין רכבים מתקרבים)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החציה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בשולי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להביט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שהרכבים עצרו או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בהליכה רגועה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להמשיך להביט לצדדים גם תוך כדי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טעות כמו חציה באדום או בלי הסתכלות, ויציע את ההתנהגות הנכונה: לחכות לירוק, לעצור ולהביט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לחכות לרמזור ירוק, להביט לשני הצדדים, לחצות בהליכה ולא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לאור ירוק ובדיקה שהרכבים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והבטה לשני הצדדים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רכב עלול להופיע פתאום גם במהלך החציה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לדמיון של חדר בריחה ולבקש מהתלמידים לפתור את השאלות כדי 'לפענח קוד'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הדגמה קצרה בכיתה של עצירה והבטה לצדדים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להשמיט את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במטה הבלשים חוקרים מקרים של זהירות בדרכים. בדף הזה תתרגלו את החוקים שעוזרים לחצות כביש בבטחה, בדיוק כמו בלש שאוסף רמזים.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בטוח לחצות כביש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כשהאיש ירוק, אחרי שבדקתי שהרכבים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כשאין מכוניות באופק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כשחברים כבר חצו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כשהאיש אדום אבל ממהרים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ברמזור הולכי רגל אומר שאסור לחצות?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הכי בטוח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 פינה חדה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חציית כביש בלי 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ומביטים לשני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האיש האדום ברמזור הולכי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להתיר חציה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להורות שלא לחצות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להראות שהדרך פנויה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לנהגים לעצור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כשהאיש אדום אם אין מכוניות בשטח.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חציה מסומן בפסים לבנים על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בין מכוניות חונות בלי להביט לצדדים.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חציה צריך לעצור ולהביט ימינה ושמאלה.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לרוץ בזמן חציית כביש כדי לחסוך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חוצים כביש רק אחרי שעוצרים ומביטים לשני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ברמזור להולכי רגל, הצבע __________ מתיר לחצות בזהירות.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המקום הבטוח ביותר לחצות כביש הוא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החציה יש לוודא שהרכבים __________ לגמרי.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גם כשהאור ירוק, חשוב להמשיך ל__________ לצדדים בזמן החציה.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רמזור אדום להולכי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מותר לחצות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ירוק להולכי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אסור לחצות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בדיקה שאין רכבים מתקרבים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עצירה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פסים לבנים לחציה בטוחה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החציה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להביט לצדדים גם תוך כדי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בהליכה רגועה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להביט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בשולי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שהרכבים עצרו או שאין רכבים מתקרבים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בלשים שחוקרים מקרה שכמעט הסתיים בתאונה. כתבו דוח קצר: מה הולך הרגל עשה לא נכון, ומה היה צריך לעשות במקום 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טיפים לילד קטן שלומד לחצות כביש בבטחה.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בטוח לחצות כביש ברמזור?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 בלי רמזור?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להביט לצדדים גם תוך כדי החציה?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