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הבטיחות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כללי החציה הבטוחה בכביש וברמזור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הבדיקה לפני חציית 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חשיבה בלשית בנושא זהירות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כשהאיש ירוק, אחרי שבדקתי שהרכבים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במעבר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עוצרים ומביטים לשני הצדדים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להורות שלא לחצות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תמיד יש לחכות לאור ירוק ולבדוק שוב לפני החציה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מסמנים את המקום הבטוח לחציה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רכבים חונים מסתירים רכבים נוסעים, לכן זה 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הדרך לוודא שהדרך פנויה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ריצה מגבירה סיכון ליפול או לא לשים לב לרכב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מעבר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הביט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(אסור לחצות)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(מותר לחצות בזהירות)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(פסים לבנים לחציה בטוחה)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(בדיקה שאין רכבים מתקרבים)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החציה הבטוחה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לעצור בשולי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להביט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לוודא שהרכבים עצרו או שאין רכבים מתקרבים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לחצות בהליכה רגועה ולא בריצה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להמשיך להביט לצדדים גם תוך כדי החציה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בלש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יזהה טעות כמו חציה באדום או בלי הסתכלות, ויציע את ההתנהגות הנכונה: לחכות לירוק, לעצור ולהביט לצדדים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לחכות לרמזור ירוק, להביט לשני הצדדים, לחצות בהליכה ולא בריצה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לאור ירוק ובדיקה שהרכבים עצרו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עצירה והבטה לשני הצדדים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רכב עלול להופיע פתאום גם במהלך החציה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לדמיון של חדר בריחה ולבקש מהתלמידים לפתור את השאלות כדי 'לפענח קוד'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לבצע הדגמה קצרה בכיתה של עצירה והבטה לצדדים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ניתן להשמיט את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הבטיחות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חוצים כביש בבטחה. נענה על שאלות קלות ונתרגל את החוקים.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עם אורות שמנחה מתי לחצות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מעבר חציה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פסים לבנים על הכביש שבהם חוצים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הולך רגל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שהולך ברגל ברחוב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להפסיק ללכת ולהביט סביב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בדיקה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להסתכל ימינה ושמאלה לפני חציה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זהירות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לסביבה כדי לא להיפגע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שחוקר ומגלה פרטים חשובים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מותר לחצות ברמזור?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כשהאיש ירוק, אחרי שבדקתי שהרכבים עצרו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כשאין מכוניות באופק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כשחברים כבר חצו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כשהאיש אדום אבל ממהרים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צבע אומר לחכות?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חוצים בבטחה?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בין מכוניות חונות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ליד פינה חדה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השלב הראשון לפני חציה?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ומביטים לשני הצדדים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סוגרים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קוראים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האיש האדום אומר 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להתיר חציה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להורות שלא לחצות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להראות שהדרך פנויה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לסמן לנהגים לעצור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לחצות כביש כשהאיש אדום אם אין מכוניות בשטח.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חציה מסומן בפסים לבנים על הכביש.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לחצות בין מכוניות חונות בלי להביט לצדדים.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חציה צריך לעצור ולהביט ימינה ושמאלה.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לרוץ בזמן חציית כביש כדי לחסוך 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חוצים כביש רק אחרי שעוצרים ומביטים לשני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ברמזור להולכי רגל, הצבע __________ מתיר לחצות בזהירות.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המקום הבטוח ביותר לחצות כביש הוא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החציה יש לוודא שהרכבים __________ לגמרי.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גם כשהאור ירוק, חשוב להמשיך ל__________ לצדדים בזמן החציה.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רמזור אדום להולכי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בדיקה שאין רכבים מתקרבים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רמזור ירוק להולכי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פסים לבנים לחציה בטוחה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אסור לחצות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עצירה לפני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מותר לחצות בזהירות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החציה הבטוחה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לוודא שהרכבים עצרו או שאין רכבים מתקרבים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לעצור בשולי הכביש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לחצות בהליכה רגועה ולא בריצה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להמשיך להביט לצדדים גם תוך כדי החציה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להביט ימינה ושמאלה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בלש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בלשים שחוקרים מקרה שכמעט הסתיים בתאונה. כתבו דוח קצר: מה הולך הרגל עשה לא נכון, ומה היה צריך לעשות במקום זאת?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שלושה טיפים לילד קטן שלומד לחצות כביש בבטחה.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בטוח לחצות כביש ברמזור?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לפני חציית כביש בלי רמזור?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להביט לצדדים גם תוך כדי החציה?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בלשי הבטיחות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