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כללי החציה הבטוחה בכביש וברמזור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הבדיקה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בלשית בנושא 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כשהאיש ירוק, אחרי שבדקתי 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יש לחכות לאור ירוק ולבדוק שוב לפני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מסמנים את המקום הבטוח לחציה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(אסור לחצות)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(מותר לחצות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(פסים לבנים לחציה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(בדיקה שאין רכבים מתקרבים)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החציה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בשולי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שהרכבים עצרו או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בהליכה רגועה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לחכות לרמזור ירוק, להביט לשני הצדדים, לחצות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לאור ירוק ובדיקה שהרכבים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והבטה לשני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 עלול להופיע פתאום גם במהלך החציה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לדמיון של חדר בריחה ולבקש מהתלמידים לפתור את השאלות כדי 'לפענח קוד'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הדגמה קצרה בכיתה של עצירה והבטה לצדדים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להשמיט את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במטה הבלשים חוקרים מקרים של זהירות בדרכים. בדף הזה תתרגלו את החוקים שעוזרים לחצות כביש בבטחה, בדיוק כמו בלש שאוסף רמזים.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צדדים  ·  ירוק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בטוח לחצות כביש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כשהאיש ירוק, אחרי שבדקתי שהרכבים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כשאין מכוניות באופק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כשחברים כבר חצו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צבע ברמזור הולכי רגל אומר שאסור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כשהאיש אדום אם אין מכוניות בשטח.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מעבר חציה מסומן בפסים לבנים על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חוצים כביש רק אחרי שעוצרים ומביטים לשני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ברמזור להולכי רגל, הצבע __________ מתיר לחצות בזהירות.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רמזור אדום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מותר לחצות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רמזור ירוק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בדיקה שאין רכבים מתקרבים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אסור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עצירה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פסים לבנים לחציה בטוחה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החציה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להביט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לחצות בהליכה רגועה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לעצור בשולי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שהרכבים עצרו או שאין רכבים מתקרבים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טיפים לילד קטן שלומד לחצות כביש בבטחה.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בטוח לחצות כביש ברמזור?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חציית כביש בלי 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